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4B51C" w14:textId="77777777" w:rsidR="00F93E59" w:rsidRPr="0041020B" w:rsidRDefault="00F93E59">
      <w:pPr>
        <w:pBdr>
          <w:bottom w:val="single" w:sz="5" w:space="1" w:color="82909A"/>
        </w:pBdr>
      </w:pPr>
    </w:p>
    <w:p w14:paraId="01A4E4C4" w14:textId="77777777" w:rsidR="00F93E59" w:rsidRPr="0041020B" w:rsidRDefault="00000000">
      <w:pPr>
        <w:pStyle w:val="KonuBal"/>
        <w:jc w:val="center"/>
        <w:rPr>
          <w:sz w:val="24"/>
          <w:szCs w:val="72"/>
        </w:rPr>
      </w:pPr>
      <w:r w:rsidRPr="0041020B">
        <w:rPr>
          <w:sz w:val="24"/>
          <w:szCs w:val="72"/>
        </w:rPr>
        <w:t>ECE N. SEFERCIOGLU</w:t>
      </w:r>
    </w:p>
    <w:p w14:paraId="2DE8F4C4" w14:textId="77777777" w:rsidR="00F93E59" w:rsidRPr="0041020B" w:rsidRDefault="00000000">
      <w:pPr>
        <w:jc w:val="center"/>
        <w:rPr>
          <w:sz w:val="18"/>
          <w:szCs w:val="28"/>
        </w:rPr>
      </w:pPr>
      <w:r w:rsidRPr="0041020B">
        <w:rPr>
          <w:b/>
          <w:sz w:val="18"/>
          <w:szCs w:val="28"/>
        </w:rPr>
        <w:t>Game Developer | Unity &amp; C#</w:t>
      </w:r>
    </w:p>
    <w:p w14:paraId="5D02DA92" w14:textId="34EF785B" w:rsidR="00F93E59" w:rsidRPr="0041020B" w:rsidRDefault="00000000">
      <w:pPr>
        <w:spacing w:after="16"/>
        <w:jc w:val="center"/>
        <w:rPr>
          <w:sz w:val="18"/>
          <w:szCs w:val="28"/>
        </w:rPr>
      </w:pPr>
      <w:r w:rsidRPr="0041020B">
        <w:rPr>
          <w:sz w:val="18"/>
          <w:szCs w:val="28"/>
        </w:rPr>
        <w:t xml:space="preserve">+90 533 275 1401 | E-mail: </w:t>
      </w:r>
      <w:hyperlink r:id="rId6">
        <w:r w:rsidR="00F93E59" w:rsidRPr="0041020B">
          <w:rPr>
            <w:color w:val="0000FF"/>
            <w:sz w:val="18"/>
            <w:szCs w:val="28"/>
            <w:u w:val="single"/>
          </w:rPr>
          <w:t>ecenazsefer@hotmail.com</w:t>
        </w:r>
      </w:hyperlink>
      <w:r w:rsidRPr="0041020B">
        <w:rPr>
          <w:sz w:val="18"/>
          <w:szCs w:val="28"/>
        </w:rPr>
        <w:t xml:space="preserve"> | Istanbul, Türkiye | </w:t>
      </w:r>
      <w:hyperlink r:id="rId7">
        <w:r w:rsidR="00F93E59" w:rsidRPr="0041020B">
          <w:rPr>
            <w:color w:val="0000FF"/>
            <w:sz w:val="18"/>
            <w:szCs w:val="28"/>
            <w:u w:val="single"/>
          </w:rPr>
          <w:t>LinkedIn</w:t>
        </w:r>
      </w:hyperlink>
      <w:r w:rsidRPr="0041020B">
        <w:rPr>
          <w:sz w:val="18"/>
          <w:szCs w:val="28"/>
        </w:rPr>
        <w:t xml:space="preserve"> | </w:t>
      </w:r>
      <w:hyperlink r:id="rId8">
        <w:r w:rsidR="0041020B" w:rsidRPr="0041020B">
          <w:rPr>
            <w:rStyle w:val="Kpr"/>
            <w:sz w:val="18"/>
            <w:szCs w:val="28"/>
          </w:rPr>
          <w:t>Website &amp; Portfolio</w:t>
        </w:r>
      </w:hyperlink>
    </w:p>
    <w:p w14:paraId="5187F070" w14:textId="77777777" w:rsidR="00F93E59" w:rsidRPr="0041020B" w:rsidRDefault="00000000">
      <w:pPr>
        <w:pStyle w:val="Balk1"/>
        <w:keepLines w:val="0"/>
        <w:pBdr>
          <w:bottom w:val="single" w:sz="6" w:space="1" w:color="767676"/>
        </w:pBdr>
        <w:rPr>
          <w:sz w:val="20"/>
          <w:szCs w:val="36"/>
        </w:rPr>
      </w:pPr>
      <w:r w:rsidRPr="0041020B">
        <w:rPr>
          <w:sz w:val="20"/>
          <w:szCs w:val="36"/>
        </w:rPr>
        <w:t>PROFILE</w:t>
      </w:r>
    </w:p>
    <w:p w14:paraId="683251BA" w14:textId="77777777" w:rsidR="000C6419" w:rsidRPr="000C6419" w:rsidRDefault="000C6419" w:rsidP="000C6419">
      <w:pPr>
        <w:keepLines/>
        <w:rPr>
          <w:sz w:val="18"/>
          <w:szCs w:val="28"/>
        </w:rPr>
      </w:pPr>
      <w:r w:rsidRPr="000C6419">
        <w:rPr>
          <w:sz w:val="18"/>
          <w:szCs w:val="28"/>
        </w:rPr>
        <w:t>Recent graduate from Institute of Science Tokyo in Human-Centered Science and Biomedical Engineering, and a game developer experienced in Unity and C#, with additional experience in Python, software development, and applied generative AI workflows. Her recent graduate research used Unity for motor imagery cue presentation and Python for EEG signal processing and classification. Experienced in defining system requirements and architecture, directing AI-assisted implementation, and testing and integrating generated solutions into Unity production workflows. Background includes released Unity mobile games, backend development, research-driven Unity projects, technical teaching, and multimodal AI-assisted game and content production.</w:t>
      </w:r>
    </w:p>
    <w:p w14:paraId="4A60BC47" w14:textId="77777777" w:rsidR="00F93E59" w:rsidRPr="0041020B" w:rsidRDefault="00000000">
      <w:pPr>
        <w:pStyle w:val="Balk1"/>
        <w:keepLines w:val="0"/>
        <w:pBdr>
          <w:bottom w:val="single" w:sz="6" w:space="1" w:color="767676"/>
        </w:pBdr>
        <w:rPr>
          <w:sz w:val="20"/>
          <w:szCs w:val="36"/>
        </w:rPr>
      </w:pPr>
      <w:r w:rsidRPr="0041020B">
        <w:rPr>
          <w:sz w:val="20"/>
          <w:szCs w:val="36"/>
        </w:rPr>
        <w:t>TECHNICAL SKILLS AND STRENGTHS</w:t>
      </w:r>
    </w:p>
    <w:p w14:paraId="372EB91D" w14:textId="77777777"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Core Technologies:</w:t>
      </w:r>
      <w:r w:rsidRPr="0041020B">
        <w:rPr>
          <w:rFonts w:eastAsia="MS Mincho" w:cs="Times New Roman"/>
          <w:sz w:val="18"/>
          <w:szCs w:val="28"/>
        </w:rPr>
        <w:t xml:space="preserve"> Unity, C#, Python</w:t>
      </w:r>
    </w:p>
    <w:p w14:paraId="2DA0DC02" w14:textId="77777777"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Game Development:</w:t>
      </w:r>
      <w:r w:rsidRPr="0041020B">
        <w:rPr>
          <w:rFonts w:eastAsia="MS Mincho" w:cs="Times New Roman"/>
          <w:sz w:val="18"/>
          <w:szCs w:val="28"/>
        </w:rPr>
        <w:t xml:space="preserve"> Unity Editor Tools, XR Interaction Toolkit, </w:t>
      </w:r>
      <w:proofErr w:type="spellStart"/>
      <w:r w:rsidRPr="0041020B">
        <w:rPr>
          <w:rFonts w:eastAsia="MS Mincho" w:cs="Times New Roman"/>
          <w:sz w:val="18"/>
          <w:szCs w:val="28"/>
        </w:rPr>
        <w:t>SteamVR</w:t>
      </w:r>
      <w:proofErr w:type="spellEnd"/>
      <w:r w:rsidRPr="0041020B">
        <w:rPr>
          <w:rFonts w:eastAsia="MS Mincho" w:cs="Times New Roman"/>
          <w:sz w:val="18"/>
          <w:szCs w:val="28"/>
        </w:rPr>
        <w:t>, Firebase</w:t>
      </w:r>
    </w:p>
    <w:p w14:paraId="4AA58FAD" w14:textId="77777777"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AI Tools:</w:t>
      </w:r>
      <w:r w:rsidRPr="0041020B">
        <w:rPr>
          <w:rFonts w:eastAsia="MS Mincho" w:cs="Times New Roman"/>
          <w:sz w:val="18"/>
          <w:szCs w:val="28"/>
        </w:rPr>
        <w:t xml:space="preserve"> Codex / ChatGPT, Claude, Meshy AI, Generative Image Tools, Suno AI</w:t>
      </w:r>
    </w:p>
    <w:p w14:paraId="3A4B746F" w14:textId="77777777"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Development Tools:</w:t>
      </w:r>
      <w:r w:rsidRPr="0041020B">
        <w:rPr>
          <w:rFonts w:eastAsia="MS Mincho" w:cs="Times New Roman"/>
          <w:sz w:val="18"/>
          <w:szCs w:val="28"/>
        </w:rPr>
        <w:t xml:space="preserve"> Git, Unity Version Control</w:t>
      </w:r>
    </w:p>
    <w:p w14:paraId="7DBC7449" w14:textId="003D314B"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Platforms &amp; Deployment:</w:t>
      </w:r>
      <w:r w:rsidRPr="0041020B">
        <w:rPr>
          <w:rFonts w:eastAsia="MS Mincho" w:cs="Times New Roman"/>
          <w:sz w:val="18"/>
          <w:szCs w:val="28"/>
        </w:rPr>
        <w:t xml:space="preserve"> Unity Mobile Development, Android Builds, Google Play Publishing</w:t>
      </w:r>
    </w:p>
    <w:p w14:paraId="57D8FEA3" w14:textId="795645B0" w:rsidR="0041020B" w:rsidRPr="0041020B" w:rsidRDefault="0041020B" w:rsidP="0041020B">
      <w:pPr>
        <w:tabs>
          <w:tab w:val="left" w:pos="3816"/>
          <w:tab w:val="left" w:pos="7632"/>
        </w:tabs>
        <w:spacing w:line="201" w:lineRule="auto"/>
        <w:rPr>
          <w:rFonts w:eastAsia="MS Mincho" w:cs="Times New Roman"/>
          <w:sz w:val="18"/>
          <w:szCs w:val="28"/>
        </w:rPr>
      </w:pPr>
      <w:r w:rsidRPr="0041020B">
        <w:rPr>
          <w:rFonts w:eastAsia="MS Mincho" w:cs="Times New Roman"/>
          <w:b/>
          <w:sz w:val="18"/>
          <w:szCs w:val="28"/>
        </w:rPr>
        <w:t>Additional Technologies:</w:t>
      </w:r>
      <w:r w:rsidRPr="0041020B">
        <w:rPr>
          <w:rFonts w:eastAsia="MS Mincho" w:cs="Times New Roman"/>
          <w:sz w:val="18"/>
          <w:szCs w:val="28"/>
        </w:rPr>
        <w:t xml:space="preserve"> ASP.NET MVC, ASP.NET Core, Web APIs, SQL, JavaScript, HTML/CSS, Entity Framework, Arduino, OpenCV, C, C++</w:t>
      </w:r>
    </w:p>
    <w:p w14:paraId="629C5C30" w14:textId="77777777" w:rsidR="00F93E59" w:rsidRPr="0041020B" w:rsidRDefault="00000000">
      <w:pPr>
        <w:pStyle w:val="Balk1"/>
        <w:keepLines w:val="0"/>
        <w:pBdr>
          <w:bottom w:val="single" w:sz="6" w:space="1" w:color="767676"/>
        </w:pBdr>
        <w:rPr>
          <w:sz w:val="20"/>
          <w:szCs w:val="36"/>
        </w:rPr>
      </w:pPr>
      <w:r w:rsidRPr="0041020B">
        <w:rPr>
          <w:sz w:val="20"/>
          <w:szCs w:val="36"/>
        </w:rPr>
        <w:t>EXPERIENCE</w:t>
      </w:r>
    </w:p>
    <w:p w14:paraId="2389775A" w14:textId="77777777" w:rsidR="00F93E59" w:rsidRPr="0041020B" w:rsidRDefault="00F93E59">
      <w:pPr>
        <w:pStyle w:val="ReferenceJob"/>
        <w:tabs>
          <w:tab w:val="right" w:pos="11160"/>
        </w:tabs>
        <w:rPr>
          <w:sz w:val="18"/>
          <w:szCs w:val="28"/>
        </w:rPr>
      </w:pPr>
      <w:hyperlink r:id="rId9">
        <w:r w:rsidRPr="0041020B">
          <w:rPr>
            <w:color w:val="000000"/>
            <w:sz w:val="18"/>
            <w:szCs w:val="28"/>
            <w:u w:val="single"/>
          </w:rPr>
          <w:t>Fitness Crossing - Founder &amp; Unity Technical Designer</w:t>
        </w:r>
      </w:hyperlink>
      <w:r w:rsidRPr="0041020B">
        <w:rPr>
          <w:sz w:val="18"/>
          <w:szCs w:val="28"/>
        </w:rPr>
        <w:tab/>
        <w:t>May 2026–Present</w:t>
      </w:r>
    </w:p>
    <w:p w14:paraId="6BB49055" w14:textId="77777777" w:rsidR="00F93E59" w:rsidRPr="0041020B" w:rsidRDefault="00000000">
      <w:pPr>
        <w:keepNext/>
        <w:rPr>
          <w:sz w:val="18"/>
          <w:szCs w:val="28"/>
        </w:rPr>
      </w:pPr>
      <w:r w:rsidRPr="0041020B">
        <w:rPr>
          <w:i/>
          <w:sz w:val="18"/>
          <w:szCs w:val="28"/>
        </w:rPr>
        <w:t>Independent YouTube Project | Online</w:t>
      </w:r>
    </w:p>
    <w:p w14:paraId="09120884" w14:textId="77777777" w:rsidR="00F93E59" w:rsidRPr="0041020B" w:rsidRDefault="00000000">
      <w:pPr>
        <w:keepLines/>
        <w:ind w:left="274" w:hanging="173"/>
        <w:rPr>
          <w:sz w:val="18"/>
          <w:szCs w:val="28"/>
        </w:rPr>
      </w:pPr>
      <w:r w:rsidRPr="0041020B">
        <w:rPr>
          <w:sz w:val="18"/>
          <w:szCs w:val="28"/>
        </w:rPr>
        <w:t>• Design and produce immersive, game-like interactive videos in Unity using reusable gameplay systems and AI-assisted production workflows.</w:t>
      </w:r>
    </w:p>
    <w:p w14:paraId="13DD5858" w14:textId="77777777" w:rsidR="00F93E59" w:rsidRPr="0041020B" w:rsidRDefault="00000000">
      <w:pPr>
        <w:keepLines/>
        <w:ind w:left="274" w:hanging="173"/>
        <w:rPr>
          <w:sz w:val="18"/>
          <w:szCs w:val="28"/>
        </w:rPr>
      </w:pPr>
      <w:r w:rsidRPr="0041020B">
        <w:rPr>
          <w:sz w:val="18"/>
          <w:szCs w:val="28"/>
        </w:rPr>
        <w:t>• Define system requirements and architecture and direct Codex-assisted implementation across C# scripts, Unity scenes and prefabs, Editor tools, meshes, and Blender workflows; test, debug, and iteratively refine generated solutions.</w:t>
      </w:r>
    </w:p>
    <w:p w14:paraId="2D92D7C6" w14:textId="77777777" w:rsidR="00F93E59" w:rsidRPr="0041020B" w:rsidRDefault="00000000">
      <w:pPr>
        <w:keepLines/>
        <w:ind w:left="274" w:hanging="173"/>
        <w:rPr>
          <w:sz w:val="18"/>
          <w:szCs w:val="28"/>
        </w:rPr>
      </w:pPr>
      <w:r w:rsidRPr="0041020B">
        <w:rPr>
          <w:sz w:val="18"/>
          <w:szCs w:val="28"/>
        </w:rPr>
        <w:t>• Develop Unity tools to automate repetitive production tasks.</w:t>
      </w:r>
    </w:p>
    <w:p w14:paraId="756C9C6C" w14:textId="77777777" w:rsidR="00F93E59" w:rsidRPr="0041020B" w:rsidRDefault="00000000">
      <w:pPr>
        <w:keepLines/>
        <w:ind w:left="274" w:hanging="173"/>
        <w:rPr>
          <w:sz w:val="18"/>
          <w:szCs w:val="28"/>
        </w:rPr>
      </w:pPr>
      <w:r w:rsidRPr="0041020B">
        <w:rPr>
          <w:sz w:val="18"/>
          <w:szCs w:val="28"/>
        </w:rPr>
        <w:t>• Experiment with multimodal generative-AI workflows for production assets, including image generation and image-to-3D generation, texturing and rigging, followed by animation and Unity integration.</w:t>
      </w:r>
    </w:p>
    <w:p w14:paraId="62B9BEBD" w14:textId="77777777" w:rsidR="00F93E59" w:rsidRPr="0041020B" w:rsidRDefault="00000000">
      <w:pPr>
        <w:pStyle w:val="ReferenceJob"/>
        <w:tabs>
          <w:tab w:val="right" w:pos="11160"/>
        </w:tabs>
        <w:rPr>
          <w:sz w:val="18"/>
          <w:szCs w:val="28"/>
        </w:rPr>
      </w:pPr>
      <w:r w:rsidRPr="0041020B">
        <w:rPr>
          <w:sz w:val="18"/>
          <w:szCs w:val="28"/>
        </w:rPr>
        <w:t>Freelance Game Developer</w:t>
      </w:r>
      <w:r w:rsidRPr="0041020B">
        <w:rPr>
          <w:sz w:val="18"/>
          <w:szCs w:val="28"/>
        </w:rPr>
        <w:tab/>
        <w:t>Sep 2022–Apr 2023</w:t>
      </w:r>
    </w:p>
    <w:p w14:paraId="0AD73AE5" w14:textId="77777777" w:rsidR="00F93E59" w:rsidRPr="0041020B" w:rsidRDefault="00000000">
      <w:pPr>
        <w:keepNext/>
        <w:rPr>
          <w:sz w:val="18"/>
          <w:szCs w:val="28"/>
        </w:rPr>
      </w:pPr>
      <w:r w:rsidRPr="0041020B">
        <w:rPr>
          <w:i/>
          <w:sz w:val="18"/>
          <w:szCs w:val="28"/>
        </w:rPr>
        <w:t>Freelance Client | Remote</w:t>
      </w:r>
    </w:p>
    <w:p w14:paraId="7DFB1BAF" w14:textId="77777777" w:rsidR="00F93E59" w:rsidRPr="0041020B" w:rsidRDefault="00000000">
      <w:pPr>
        <w:keepLines/>
        <w:ind w:left="274" w:hanging="173"/>
        <w:rPr>
          <w:sz w:val="18"/>
          <w:szCs w:val="28"/>
        </w:rPr>
      </w:pPr>
      <w:r w:rsidRPr="0041020B">
        <w:rPr>
          <w:sz w:val="18"/>
          <w:szCs w:val="28"/>
        </w:rPr>
        <w:t>• Developed a client-defined casual mobile game from a new Unity project, implementing core gameplay in C# and integrating third-party visual and audio assets.</w:t>
      </w:r>
    </w:p>
    <w:p w14:paraId="25620721" w14:textId="77777777" w:rsidR="00F93E59" w:rsidRPr="0041020B" w:rsidRDefault="00000000">
      <w:pPr>
        <w:keepLines/>
        <w:ind w:left="274" w:hanging="173"/>
        <w:rPr>
          <w:sz w:val="18"/>
          <w:szCs w:val="28"/>
        </w:rPr>
      </w:pPr>
      <w:r w:rsidRPr="0041020B">
        <w:rPr>
          <w:sz w:val="18"/>
          <w:szCs w:val="28"/>
        </w:rPr>
        <w:t>• Configured Firebase Remote Config, integrated an advertising SDK, prepared Android builds, tested the game before release, and maintained it during the contract; the client released it on Google Play.</w:t>
      </w:r>
    </w:p>
    <w:p w14:paraId="3CB84EE3" w14:textId="77777777" w:rsidR="00F93E59" w:rsidRPr="0041020B" w:rsidRDefault="00000000">
      <w:pPr>
        <w:keepLines/>
        <w:ind w:left="274" w:hanging="173"/>
        <w:rPr>
          <w:sz w:val="18"/>
          <w:szCs w:val="28"/>
        </w:rPr>
      </w:pPr>
      <w:r w:rsidRPr="0041020B">
        <w:rPr>
          <w:sz w:val="18"/>
          <w:szCs w:val="28"/>
        </w:rPr>
        <w:t>• Implemented requested updates for an existing hyper-casual Unity game and worked within its established codebase using C# and Unity Version Control.</w:t>
      </w:r>
    </w:p>
    <w:p w14:paraId="05B72266" w14:textId="77777777" w:rsidR="00F93E59" w:rsidRPr="0041020B" w:rsidRDefault="00000000">
      <w:pPr>
        <w:pStyle w:val="ReferenceJob"/>
        <w:tabs>
          <w:tab w:val="right" w:pos="11160"/>
        </w:tabs>
        <w:rPr>
          <w:sz w:val="18"/>
          <w:szCs w:val="28"/>
        </w:rPr>
      </w:pPr>
      <w:r w:rsidRPr="0041020B">
        <w:rPr>
          <w:sz w:val="18"/>
          <w:szCs w:val="28"/>
        </w:rPr>
        <w:t>Lecturer</w:t>
      </w:r>
      <w:r w:rsidRPr="0041020B">
        <w:rPr>
          <w:sz w:val="18"/>
          <w:szCs w:val="28"/>
        </w:rPr>
        <w:tab/>
        <w:t>Apr 2021–Jul 2022</w:t>
      </w:r>
    </w:p>
    <w:p w14:paraId="5DAF64EA" w14:textId="77777777" w:rsidR="00F93E59" w:rsidRPr="0041020B" w:rsidRDefault="00000000">
      <w:pPr>
        <w:keepNext/>
        <w:rPr>
          <w:sz w:val="18"/>
          <w:szCs w:val="28"/>
        </w:rPr>
      </w:pPr>
      <w:r w:rsidRPr="0041020B">
        <w:rPr>
          <w:i/>
          <w:sz w:val="18"/>
          <w:szCs w:val="28"/>
        </w:rPr>
        <w:t>Istinye University | Istanbul, Türkiye</w:t>
      </w:r>
    </w:p>
    <w:p w14:paraId="2CBF5840" w14:textId="77777777" w:rsidR="00F93E59" w:rsidRPr="0041020B" w:rsidRDefault="00000000">
      <w:pPr>
        <w:keepLines/>
        <w:ind w:left="274" w:hanging="173"/>
        <w:rPr>
          <w:sz w:val="18"/>
          <w:szCs w:val="28"/>
        </w:rPr>
      </w:pPr>
      <w:r w:rsidRPr="0041020B">
        <w:rPr>
          <w:sz w:val="18"/>
          <w:szCs w:val="28"/>
        </w:rPr>
        <w:t>• Taught Python, game programming, Unity-based 3D game development, and information systems in English and Turkish.</w:t>
      </w:r>
    </w:p>
    <w:p w14:paraId="43A950AA" w14:textId="77777777" w:rsidR="00F93E59" w:rsidRPr="0041020B" w:rsidRDefault="00000000">
      <w:pPr>
        <w:keepLines/>
        <w:ind w:left="274" w:hanging="173"/>
        <w:rPr>
          <w:sz w:val="18"/>
          <w:szCs w:val="28"/>
        </w:rPr>
      </w:pPr>
      <w:r w:rsidRPr="0041020B">
        <w:rPr>
          <w:sz w:val="18"/>
          <w:szCs w:val="28"/>
        </w:rPr>
        <w:t>• Designed course materials, assignments, and programming exercises; evaluated student code and supervised software and game-development projects.</w:t>
      </w:r>
    </w:p>
    <w:p w14:paraId="51885330" w14:textId="77777777" w:rsidR="00F93E59" w:rsidRPr="0041020B" w:rsidRDefault="00000000">
      <w:pPr>
        <w:pStyle w:val="ReferenceJob"/>
        <w:tabs>
          <w:tab w:val="right" w:pos="11160"/>
        </w:tabs>
        <w:rPr>
          <w:sz w:val="18"/>
          <w:szCs w:val="28"/>
        </w:rPr>
      </w:pPr>
      <w:r w:rsidRPr="0041020B">
        <w:rPr>
          <w:sz w:val="18"/>
          <w:szCs w:val="28"/>
        </w:rPr>
        <w:t>Software Developer</w:t>
      </w:r>
      <w:r w:rsidRPr="0041020B">
        <w:rPr>
          <w:sz w:val="18"/>
          <w:szCs w:val="28"/>
        </w:rPr>
        <w:tab/>
        <w:t>Jul 2018–Apr 2019</w:t>
      </w:r>
    </w:p>
    <w:p w14:paraId="75EC3293" w14:textId="77777777" w:rsidR="00F93E59" w:rsidRPr="0041020B" w:rsidRDefault="00000000">
      <w:pPr>
        <w:keepNext/>
        <w:rPr>
          <w:sz w:val="18"/>
          <w:szCs w:val="28"/>
        </w:rPr>
      </w:pPr>
      <w:r w:rsidRPr="0041020B">
        <w:rPr>
          <w:i/>
          <w:sz w:val="18"/>
          <w:szCs w:val="28"/>
        </w:rPr>
        <w:t>Softtech | Istanbul, Türkiye</w:t>
      </w:r>
    </w:p>
    <w:p w14:paraId="015D1EF4" w14:textId="77777777" w:rsidR="00F93E59" w:rsidRPr="0041020B" w:rsidRDefault="00000000">
      <w:pPr>
        <w:keepLines/>
        <w:ind w:left="274" w:hanging="173"/>
        <w:rPr>
          <w:sz w:val="18"/>
          <w:szCs w:val="28"/>
        </w:rPr>
      </w:pPr>
      <w:r w:rsidRPr="0041020B">
        <w:rPr>
          <w:sz w:val="18"/>
          <w:szCs w:val="28"/>
        </w:rPr>
        <w:t>• Developed and maintained C# backend components using ASP.NET MVC, ASP.NET Core, Web APIs, and SQL for omnichannel banking applications.</w:t>
      </w:r>
    </w:p>
    <w:p w14:paraId="6C791954" w14:textId="77777777" w:rsidR="00F93E59" w:rsidRPr="0041020B" w:rsidRDefault="00000000">
      <w:pPr>
        <w:keepLines/>
        <w:ind w:left="274" w:hanging="173"/>
        <w:rPr>
          <w:sz w:val="18"/>
          <w:szCs w:val="28"/>
        </w:rPr>
      </w:pPr>
      <w:r w:rsidRPr="0041020B">
        <w:rPr>
          <w:sz w:val="18"/>
          <w:szCs w:val="28"/>
        </w:rPr>
        <w:t>• Migrated legacy banking interfaces using an in-house JavaScript-based UI editor and integrated them with backend services.</w:t>
      </w:r>
    </w:p>
    <w:p w14:paraId="7CCDAF89" w14:textId="77777777" w:rsidR="00F93E59" w:rsidRPr="0041020B" w:rsidRDefault="00000000">
      <w:pPr>
        <w:keepLines/>
        <w:ind w:left="274" w:hanging="173"/>
        <w:rPr>
          <w:sz w:val="18"/>
          <w:szCs w:val="28"/>
        </w:rPr>
      </w:pPr>
      <w:r w:rsidRPr="0041020B">
        <w:rPr>
          <w:sz w:val="18"/>
          <w:szCs w:val="28"/>
        </w:rPr>
        <w:t>• Contributed to frontend modernization and backend integration for SWIFT operations and implemented a new backend action for credit-card debt payment workflows from product requirements.</w:t>
      </w:r>
    </w:p>
    <w:p w14:paraId="79D42875" w14:textId="77777777" w:rsidR="00F93E59" w:rsidRPr="0041020B" w:rsidRDefault="00000000">
      <w:pPr>
        <w:pStyle w:val="ReferenceJob"/>
        <w:tabs>
          <w:tab w:val="right" w:pos="11160"/>
        </w:tabs>
        <w:rPr>
          <w:sz w:val="18"/>
          <w:szCs w:val="28"/>
        </w:rPr>
      </w:pPr>
      <w:r w:rsidRPr="0041020B">
        <w:rPr>
          <w:sz w:val="18"/>
          <w:szCs w:val="28"/>
        </w:rPr>
        <w:t>Unity Development Intern</w:t>
      </w:r>
      <w:r w:rsidRPr="0041020B">
        <w:rPr>
          <w:sz w:val="18"/>
          <w:szCs w:val="28"/>
        </w:rPr>
        <w:tab/>
        <w:t>Jul 2017</w:t>
      </w:r>
    </w:p>
    <w:p w14:paraId="5B20FCEC" w14:textId="77777777" w:rsidR="00F93E59" w:rsidRPr="0041020B" w:rsidRDefault="00000000">
      <w:pPr>
        <w:keepNext/>
        <w:rPr>
          <w:sz w:val="18"/>
          <w:szCs w:val="28"/>
        </w:rPr>
      </w:pPr>
      <w:r w:rsidRPr="0041020B">
        <w:rPr>
          <w:i/>
          <w:sz w:val="18"/>
          <w:szCs w:val="28"/>
        </w:rPr>
        <w:t>GES Teknoloji (now VRLab Academy) | Istanbul, Türkiye</w:t>
      </w:r>
    </w:p>
    <w:p w14:paraId="1B93E3A5" w14:textId="77777777" w:rsidR="00F93E59" w:rsidRPr="0041020B" w:rsidRDefault="00000000">
      <w:pPr>
        <w:keepLines/>
        <w:ind w:left="274" w:hanging="173"/>
        <w:rPr>
          <w:sz w:val="18"/>
          <w:szCs w:val="28"/>
        </w:rPr>
      </w:pPr>
      <w:r w:rsidRPr="0041020B">
        <w:rPr>
          <w:sz w:val="18"/>
          <w:szCs w:val="28"/>
        </w:rPr>
        <w:t>• Developed a Unity 3D Solar System weight simulation in C#, using simulated scale data and interactive controls for movement, scaling, and rotation.</w:t>
      </w:r>
    </w:p>
    <w:p w14:paraId="1390F8BA" w14:textId="77777777" w:rsidR="00F93E59" w:rsidRPr="0041020B" w:rsidRDefault="00000000">
      <w:pPr>
        <w:keepLines/>
        <w:ind w:left="274" w:hanging="173"/>
        <w:rPr>
          <w:sz w:val="18"/>
          <w:szCs w:val="28"/>
        </w:rPr>
      </w:pPr>
      <w:r w:rsidRPr="0041020B">
        <w:rPr>
          <w:sz w:val="18"/>
          <w:szCs w:val="28"/>
        </w:rPr>
        <w:t>• Modified existing Unity C# and Arduino code to update joystick controller functionality in a previous project.</w:t>
      </w:r>
    </w:p>
    <w:p w14:paraId="3EAA0F84" w14:textId="77777777" w:rsidR="009702E8" w:rsidRPr="0041020B" w:rsidRDefault="009702E8" w:rsidP="009702E8">
      <w:pPr>
        <w:pStyle w:val="Balk1"/>
        <w:keepLines w:val="0"/>
        <w:pBdr>
          <w:bottom w:val="single" w:sz="6" w:space="1" w:color="767676"/>
        </w:pBdr>
        <w:rPr>
          <w:sz w:val="20"/>
          <w:szCs w:val="36"/>
        </w:rPr>
      </w:pPr>
      <w:r w:rsidRPr="0041020B">
        <w:rPr>
          <w:sz w:val="20"/>
          <w:szCs w:val="36"/>
        </w:rPr>
        <w:t>EDUCATION AND QUALIFICATION</w:t>
      </w:r>
    </w:p>
    <w:p w14:paraId="1D220236" w14:textId="77777777" w:rsidR="009702E8" w:rsidRPr="0041020B" w:rsidRDefault="009702E8" w:rsidP="009702E8">
      <w:pPr>
        <w:pStyle w:val="ReferenceJob"/>
        <w:tabs>
          <w:tab w:val="right" w:pos="11160"/>
        </w:tabs>
        <w:rPr>
          <w:sz w:val="18"/>
          <w:szCs w:val="28"/>
        </w:rPr>
      </w:pPr>
      <w:r w:rsidRPr="0041020B">
        <w:rPr>
          <w:sz w:val="18"/>
          <w:szCs w:val="28"/>
        </w:rPr>
        <w:t>M.Eng., Human-Centered Science and Biomedical Engineering</w:t>
      </w:r>
      <w:r w:rsidRPr="0041020B">
        <w:rPr>
          <w:b w:val="0"/>
          <w:sz w:val="18"/>
          <w:szCs w:val="28"/>
        </w:rPr>
        <w:tab/>
        <w:t>2023–2026 | GPA 3.64/4.50</w:t>
      </w:r>
    </w:p>
    <w:p w14:paraId="3CBBA17E" w14:textId="77777777" w:rsidR="009702E8" w:rsidRPr="0041020B" w:rsidRDefault="009702E8" w:rsidP="009702E8">
      <w:pPr>
        <w:rPr>
          <w:sz w:val="18"/>
          <w:szCs w:val="28"/>
        </w:rPr>
      </w:pPr>
      <w:r w:rsidRPr="0041020B">
        <w:rPr>
          <w:i/>
          <w:sz w:val="18"/>
          <w:szCs w:val="28"/>
        </w:rPr>
        <w:t>Institute of Science Tokyo / Tokyo Institute of Technology</w:t>
      </w:r>
    </w:p>
    <w:p w14:paraId="052F2A61" w14:textId="77777777" w:rsidR="009702E8" w:rsidRPr="0041020B" w:rsidRDefault="009702E8" w:rsidP="009702E8">
      <w:pPr>
        <w:rPr>
          <w:sz w:val="18"/>
          <w:szCs w:val="28"/>
        </w:rPr>
      </w:pPr>
      <w:r w:rsidRPr="0041020B">
        <w:rPr>
          <w:b/>
          <w:sz w:val="18"/>
          <w:szCs w:val="28"/>
        </w:rPr>
        <w:t>Master’s Thesis:</w:t>
      </w:r>
      <w:r w:rsidRPr="0041020B">
        <w:rPr>
          <w:sz w:val="18"/>
          <w:szCs w:val="28"/>
        </w:rPr>
        <w:t xml:space="preserve"> Investigating the Effect of Cue Perspective on Motor Imagery EEG Classification Using a Portable EEG Headset</w:t>
      </w:r>
    </w:p>
    <w:p w14:paraId="7D798947" w14:textId="77777777" w:rsidR="009702E8" w:rsidRPr="0041020B" w:rsidRDefault="009702E8" w:rsidP="009702E8">
      <w:pPr>
        <w:rPr>
          <w:sz w:val="18"/>
          <w:szCs w:val="28"/>
        </w:rPr>
      </w:pPr>
      <w:r w:rsidRPr="0041020B">
        <w:rPr>
          <w:sz w:val="18"/>
          <w:szCs w:val="28"/>
        </w:rPr>
        <w:t>Implemented the experimental testing environment in Unity and used Python for EEG preprocessing, analysis, classification, statistics, and visualization.</w:t>
      </w:r>
    </w:p>
    <w:p w14:paraId="3A9451EB" w14:textId="77777777" w:rsidR="009702E8" w:rsidRPr="0041020B" w:rsidRDefault="009702E8" w:rsidP="009702E8">
      <w:pPr>
        <w:pStyle w:val="ReferenceJob"/>
        <w:tabs>
          <w:tab w:val="right" w:pos="11160"/>
        </w:tabs>
        <w:rPr>
          <w:sz w:val="18"/>
          <w:szCs w:val="28"/>
        </w:rPr>
      </w:pPr>
      <w:r w:rsidRPr="0041020B">
        <w:rPr>
          <w:sz w:val="18"/>
          <w:szCs w:val="28"/>
        </w:rPr>
        <w:t>M.Sc., Game and Interaction Technologies</w:t>
      </w:r>
      <w:r w:rsidRPr="0041020B">
        <w:rPr>
          <w:b w:val="0"/>
          <w:sz w:val="18"/>
          <w:szCs w:val="28"/>
        </w:rPr>
        <w:tab/>
        <w:t>2018–2021 | GPA 4.00/4.00</w:t>
      </w:r>
    </w:p>
    <w:p w14:paraId="67177837" w14:textId="77777777" w:rsidR="009702E8" w:rsidRPr="0041020B" w:rsidRDefault="009702E8" w:rsidP="009702E8">
      <w:pPr>
        <w:rPr>
          <w:sz w:val="18"/>
          <w:szCs w:val="28"/>
        </w:rPr>
      </w:pPr>
      <w:r w:rsidRPr="0041020B">
        <w:rPr>
          <w:i/>
          <w:sz w:val="18"/>
          <w:szCs w:val="28"/>
        </w:rPr>
        <w:t>Istanbul Technical University</w:t>
      </w:r>
    </w:p>
    <w:p w14:paraId="0A6BB9A4" w14:textId="77777777" w:rsidR="009702E8" w:rsidRPr="0041020B" w:rsidRDefault="009702E8" w:rsidP="009702E8">
      <w:pPr>
        <w:rPr>
          <w:sz w:val="18"/>
          <w:szCs w:val="28"/>
        </w:rPr>
      </w:pPr>
      <w:r w:rsidRPr="0041020B">
        <w:rPr>
          <w:b/>
          <w:sz w:val="18"/>
          <w:szCs w:val="28"/>
        </w:rPr>
        <w:t>Master’s Thesis:</w:t>
      </w:r>
      <w:r w:rsidRPr="0041020B">
        <w:rPr>
          <w:sz w:val="18"/>
          <w:szCs w:val="28"/>
        </w:rPr>
        <w:t xml:space="preserve"> Spatial Audio Localization as a Gameplay Element: Design, Development, and Evaluation of an Audio-Based Virtual Reality Game</w:t>
      </w:r>
    </w:p>
    <w:p w14:paraId="61BD6C04" w14:textId="77777777" w:rsidR="009702E8" w:rsidRPr="0041020B" w:rsidRDefault="009702E8" w:rsidP="009702E8">
      <w:pPr>
        <w:rPr>
          <w:sz w:val="18"/>
          <w:szCs w:val="28"/>
        </w:rPr>
      </w:pPr>
      <w:r w:rsidRPr="0041020B">
        <w:rPr>
          <w:sz w:val="18"/>
          <w:szCs w:val="28"/>
        </w:rPr>
        <w:t>Designed, developed, and evaluated two Unity/C# VR games investigating spatial audio localization as a gameplay element.</w:t>
      </w:r>
    </w:p>
    <w:p w14:paraId="3AE5D26F" w14:textId="77777777" w:rsidR="009702E8" w:rsidRPr="0041020B" w:rsidRDefault="009702E8" w:rsidP="009702E8">
      <w:pPr>
        <w:pStyle w:val="ReferenceJob"/>
        <w:tabs>
          <w:tab w:val="right" w:pos="11160"/>
        </w:tabs>
        <w:rPr>
          <w:sz w:val="18"/>
          <w:szCs w:val="28"/>
        </w:rPr>
      </w:pPr>
      <w:r w:rsidRPr="0041020B">
        <w:rPr>
          <w:sz w:val="18"/>
          <w:szCs w:val="28"/>
        </w:rPr>
        <w:t>B.Sc., Computer Engineering</w:t>
      </w:r>
      <w:r w:rsidRPr="0041020B">
        <w:rPr>
          <w:b w:val="0"/>
          <w:sz w:val="18"/>
          <w:szCs w:val="28"/>
        </w:rPr>
        <w:tab/>
        <w:t>2013–2018 | GPA 2.97/4.00</w:t>
      </w:r>
    </w:p>
    <w:p w14:paraId="1DC6C544" w14:textId="77777777" w:rsidR="009702E8" w:rsidRPr="0041020B" w:rsidRDefault="009702E8" w:rsidP="009702E8">
      <w:pPr>
        <w:rPr>
          <w:sz w:val="18"/>
          <w:szCs w:val="28"/>
        </w:rPr>
      </w:pPr>
      <w:r w:rsidRPr="0041020B">
        <w:rPr>
          <w:i/>
          <w:sz w:val="18"/>
          <w:szCs w:val="28"/>
        </w:rPr>
        <w:t>Istanbul Technical University</w:t>
      </w:r>
    </w:p>
    <w:p w14:paraId="6D8A8C7B" w14:textId="77777777" w:rsidR="009702E8" w:rsidRPr="0041020B" w:rsidRDefault="009702E8" w:rsidP="009702E8">
      <w:pPr>
        <w:rPr>
          <w:sz w:val="18"/>
          <w:szCs w:val="28"/>
        </w:rPr>
      </w:pPr>
      <w:r w:rsidRPr="0041020B">
        <w:rPr>
          <w:b/>
          <w:sz w:val="18"/>
          <w:szCs w:val="28"/>
        </w:rPr>
        <w:t>Graduation Project:</w:t>
      </w:r>
      <w:r w:rsidRPr="0041020B">
        <w:rPr>
          <w:sz w:val="18"/>
          <w:szCs w:val="28"/>
        </w:rPr>
        <w:t xml:space="preserve"> Development of a Strategy Game Using Software Development Practices</w:t>
      </w:r>
    </w:p>
    <w:p w14:paraId="3B5A6DC3" w14:textId="77777777" w:rsidR="009702E8" w:rsidRPr="0041020B" w:rsidRDefault="009702E8" w:rsidP="009702E8">
      <w:pPr>
        <w:pStyle w:val="Balk1"/>
        <w:keepLines w:val="0"/>
        <w:pBdr>
          <w:bottom w:val="single" w:sz="6" w:space="1" w:color="767676"/>
        </w:pBdr>
        <w:rPr>
          <w:sz w:val="20"/>
          <w:szCs w:val="36"/>
        </w:rPr>
      </w:pPr>
      <w:r w:rsidRPr="0041020B">
        <w:rPr>
          <w:sz w:val="20"/>
          <w:szCs w:val="36"/>
        </w:rPr>
        <w:t>HONORS AND AWARDS</w:t>
      </w:r>
    </w:p>
    <w:p w14:paraId="4C7A8760" w14:textId="13A83EE0" w:rsidR="0041020B" w:rsidRPr="0041020B" w:rsidRDefault="0041020B" w:rsidP="009702E8">
      <w:pPr>
        <w:rPr>
          <w:sz w:val="21"/>
          <w:szCs w:val="36"/>
        </w:rPr>
      </w:pPr>
      <w:r w:rsidRPr="0041020B">
        <w:rPr>
          <w:b/>
          <w:bCs/>
          <w:sz w:val="18"/>
          <w:szCs w:val="28"/>
        </w:rPr>
        <w:t>Tokyo AI | OpenAI 100-Hour Game Builder Challenge</w:t>
      </w:r>
      <w:r w:rsidRPr="0041020B">
        <w:rPr>
          <w:sz w:val="18"/>
          <w:szCs w:val="28"/>
        </w:rPr>
        <w:t>, AI-Powered Tool Track Finalist | 2026;</w:t>
      </w:r>
    </w:p>
    <w:p w14:paraId="173192CE" w14:textId="30B5E0B7" w:rsidR="009702E8" w:rsidRPr="0041020B" w:rsidRDefault="009702E8" w:rsidP="009702E8">
      <w:pPr>
        <w:rPr>
          <w:sz w:val="18"/>
          <w:szCs w:val="28"/>
        </w:rPr>
      </w:pPr>
      <w:r w:rsidRPr="0041020B">
        <w:rPr>
          <w:b/>
          <w:bCs/>
          <w:sz w:val="18"/>
          <w:szCs w:val="28"/>
        </w:rPr>
        <w:t>MEXT Scholarship, Embassy Recommendation</w:t>
      </w:r>
      <w:r w:rsidRPr="0041020B">
        <w:rPr>
          <w:sz w:val="18"/>
          <w:szCs w:val="28"/>
        </w:rPr>
        <w:t xml:space="preserve">, Japanese Government | 2023–2026; </w:t>
      </w:r>
    </w:p>
    <w:p w14:paraId="6BDB9D94" w14:textId="77777777" w:rsidR="0041020B" w:rsidRDefault="009702E8" w:rsidP="009702E8">
      <w:pPr>
        <w:rPr>
          <w:sz w:val="18"/>
          <w:szCs w:val="28"/>
        </w:rPr>
      </w:pPr>
      <w:r w:rsidRPr="0041020B">
        <w:rPr>
          <w:b/>
          <w:bCs/>
          <w:sz w:val="18"/>
          <w:szCs w:val="28"/>
        </w:rPr>
        <w:t xml:space="preserve">Unity </w:t>
      </w:r>
      <w:proofErr w:type="spellStart"/>
      <w:r w:rsidRPr="0041020B">
        <w:rPr>
          <w:b/>
          <w:bCs/>
          <w:sz w:val="18"/>
          <w:szCs w:val="28"/>
        </w:rPr>
        <w:t>Hackweek</w:t>
      </w:r>
      <w:proofErr w:type="spellEnd"/>
      <w:r w:rsidRPr="0041020B">
        <w:rPr>
          <w:b/>
          <w:bCs/>
          <w:sz w:val="18"/>
          <w:szCs w:val="28"/>
        </w:rPr>
        <w:t xml:space="preserve"> Scholarship</w:t>
      </w:r>
      <w:r w:rsidRPr="0041020B">
        <w:rPr>
          <w:sz w:val="18"/>
          <w:szCs w:val="28"/>
        </w:rPr>
        <w:t xml:space="preserve">, Women in Games Turkey | 2019; </w:t>
      </w:r>
    </w:p>
    <w:p w14:paraId="63D9AED1" w14:textId="4698B81A" w:rsidR="009702E8" w:rsidRPr="0041020B" w:rsidRDefault="009702E8" w:rsidP="009702E8">
      <w:pPr>
        <w:rPr>
          <w:sz w:val="18"/>
          <w:szCs w:val="28"/>
        </w:rPr>
      </w:pPr>
      <w:r w:rsidRPr="0041020B">
        <w:rPr>
          <w:b/>
          <w:bCs/>
          <w:sz w:val="18"/>
          <w:szCs w:val="28"/>
        </w:rPr>
        <w:t>Unite Berlin Scholarship</w:t>
      </w:r>
      <w:r w:rsidRPr="0041020B">
        <w:rPr>
          <w:sz w:val="18"/>
          <w:szCs w:val="28"/>
        </w:rPr>
        <w:t>, Wooga | 2018.</w:t>
      </w:r>
    </w:p>
    <w:p w14:paraId="3BA2AB7F" w14:textId="77777777" w:rsidR="00F93E59" w:rsidRPr="0041020B" w:rsidRDefault="00000000">
      <w:pPr>
        <w:pStyle w:val="Balk1"/>
        <w:keepLines w:val="0"/>
        <w:pBdr>
          <w:bottom w:val="single" w:sz="6" w:space="1" w:color="767676"/>
        </w:pBdr>
        <w:rPr>
          <w:sz w:val="20"/>
          <w:szCs w:val="36"/>
        </w:rPr>
      </w:pPr>
      <w:r w:rsidRPr="0041020B">
        <w:rPr>
          <w:sz w:val="20"/>
          <w:szCs w:val="36"/>
        </w:rPr>
        <w:t>SELECTED PROJECTS</w:t>
      </w:r>
    </w:p>
    <w:p w14:paraId="6A99FC41" w14:textId="77777777" w:rsidR="00F93E59" w:rsidRPr="0041020B" w:rsidRDefault="00F93E59">
      <w:pPr>
        <w:pStyle w:val="ReferenceJob"/>
        <w:tabs>
          <w:tab w:val="right" w:pos="11160"/>
        </w:tabs>
        <w:rPr>
          <w:sz w:val="18"/>
          <w:szCs w:val="28"/>
        </w:rPr>
      </w:pPr>
      <w:hyperlink r:id="rId10">
        <w:r w:rsidRPr="0041020B">
          <w:rPr>
            <w:color w:val="000000"/>
            <w:sz w:val="18"/>
            <w:szCs w:val="28"/>
            <w:u w:val="single"/>
          </w:rPr>
          <w:t>Devsplorer - Unity Educational Content Project</w:t>
        </w:r>
      </w:hyperlink>
      <w:r w:rsidRPr="0041020B">
        <w:rPr>
          <w:sz w:val="18"/>
          <w:szCs w:val="28"/>
        </w:rPr>
        <w:tab/>
        <w:t>Established 2020</w:t>
      </w:r>
    </w:p>
    <w:p w14:paraId="306F30A4" w14:textId="77777777" w:rsidR="00F93E59" w:rsidRPr="0041020B" w:rsidRDefault="00000000">
      <w:pPr>
        <w:rPr>
          <w:sz w:val="18"/>
          <w:szCs w:val="28"/>
        </w:rPr>
      </w:pPr>
      <w:r w:rsidRPr="0041020B">
        <w:rPr>
          <w:sz w:val="18"/>
          <w:szCs w:val="28"/>
        </w:rPr>
        <w:t>Created English-language Unity tutorials and educational development content across written and video platforms.</w:t>
      </w:r>
    </w:p>
    <w:p w14:paraId="091EB08E" w14:textId="77777777" w:rsidR="00F93E59" w:rsidRPr="0041020B" w:rsidRDefault="00000000">
      <w:pPr>
        <w:pStyle w:val="ReferenceJob"/>
        <w:tabs>
          <w:tab w:val="right" w:pos="11160"/>
        </w:tabs>
        <w:rPr>
          <w:sz w:val="18"/>
          <w:szCs w:val="28"/>
        </w:rPr>
      </w:pPr>
      <w:r w:rsidRPr="0041020B">
        <w:rPr>
          <w:sz w:val="18"/>
          <w:szCs w:val="28"/>
        </w:rPr>
        <w:t>Previously Released Unity Mobile Games</w:t>
      </w:r>
      <w:r w:rsidRPr="0041020B">
        <w:rPr>
          <w:sz w:val="18"/>
          <w:szCs w:val="28"/>
        </w:rPr>
        <w:tab/>
        <w:t>Google Play</w:t>
      </w:r>
    </w:p>
    <w:p w14:paraId="7967FD57" w14:textId="77777777" w:rsidR="00F93E59" w:rsidRPr="0041020B" w:rsidRDefault="00000000">
      <w:pPr>
        <w:rPr>
          <w:sz w:val="18"/>
          <w:szCs w:val="28"/>
        </w:rPr>
      </w:pPr>
      <w:r w:rsidRPr="0041020B">
        <w:rPr>
          <w:sz w:val="18"/>
          <w:szCs w:val="28"/>
        </w:rPr>
        <w:t>Developed and released three Unity mobile games on Google Play. All three are now discontinued.</w:t>
      </w:r>
    </w:p>
    <w:p w14:paraId="256EF6EE" w14:textId="77777777" w:rsidR="00F93E59" w:rsidRPr="0041020B" w:rsidRDefault="00000000">
      <w:pPr>
        <w:pStyle w:val="ReferenceJob"/>
        <w:tabs>
          <w:tab w:val="right" w:pos="11160"/>
        </w:tabs>
        <w:rPr>
          <w:sz w:val="18"/>
          <w:szCs w:val="28"/>
        </w:rPr>
      </w:pPr>
      <w:r w:rsidRPr="0041020B">
        <w:rPr>
          <w:sz w:val="18"/>
          <w:szCs w:val="28"/>
        </w:rPr>
        <w:t>Game Jam Participation</w:t>
      </w:r>
    </w:p>
    <w:p w14:paraId="2D03D9E9" w14:textId="77777777" w:rsidR="00F93E59" w:rsidRPr="0041020B" w:rsidRDefault="00000000">
      <w:pPr>
        <w:rPr>
          <w:sz w:val="18"/>
          <w:szCs w:val="28"/>
        </w:rPr>
      </w:pPr>
      <w:r w:rsidRPr="0041020B">
        <w:rPr>
          <w:sz w:val="18"/>
          <w:szCs w:val="28"/>
        </w:rPr>
        <w:t>Developed game-jam projects in a game developer role, focusing on gameplay implementation and rapid prototyping.</w:t>
      </w:r>
    </w:p>
    <w:p w14:paraId="0B515BC7" w14:textId="77777777" w:rsidR="00F93E59" w:rsidRPr="0041020B" w:rsidRDefault="00000000">
      <w:pPr>
        <w:pStyle w:val="Balk1"/>
        <w:keepLines w:val="0"/>
        <w:pBdr>
          <w:bottom w:val="single" w:sz="6" w:space="1" w:color="767676"/>
        </w:pBdr>
        <w:rPr>
          <w:sz w:val="20"/>
          <w:szCs w:val="36"/>
        </w:rPr>
      </w:pPr>
      <w:r w:rsidRPr="0041020B">
        <w:rPr>
          <w:sz w:val="20"/>
          <w:szCs w:val="36"/>
        </w:rPr>
        <w:t>LANGUAGES</w:t>
      </w:r>
    </w:p>
    <w:p w14:paraId="750142CA" w14:textId="539ACAD5" w:rsidR="009702E8" w:rsidRDefault="00000000">
      <w:pPr>
        <w:rPr>
          <w:sz w:val="18"/>
          <w:szCs w:val="28"/>
        </w:rPr>
      </w:pPr>
      <w:r w:rsidRPr="0041020B">
        <w:rPr>
          <w:sz w:val="18"/>
          <w:szCs w:val="28"/>
        </w:rPr>
        <w:t>Turkish (Native), English (Fluent), Japanese (Conversational).</w:t>
      </w:r>
    </w:p>
    <w:p w14:paraId="0417AE04" w14:textId="77777777" w:rsidR="00023233" w:rsidRPr="00023233" w:rsidRDefault="00023233" w:rsidP="00023233">
      <w:pPr>
        <w:pStyle w:val="Balk1"/>
        <w:keepLines w:val="0"/>
        <w:pBdr>
          <w:bottom w:val="single" w:sz="6" w:space="1" w:color="767676"/>
        </w:pBdr>
        <w:rPr>
          <w:sz w:val="20"/>
          <w:szCs w:val="36"/>
        </w:rPr>
      </w:pPr>
      <w:r w:rsidRPr="00023233">
        <w:rPr>
          <w:sz w:val="20"/>
          <w:szCs w:val="36"/>
        </w:rPr>
        <w:t>ADDITIONAL ACTIVITIES - JAPAN</w:t>
      </w:r>
    </w:p>
    <w:p w14:paraId="69C2B401" w14:textId="0A4D5EFB" w:rsidR="00023233" w:rsidRPr="00023233" w:rsidRDefault="00023233" w:rsidP="00023233">
      <w:pPr>
        <w:rPr>
          <w:sz w:val="18"/>
          <w:szCs w:val="28"/>
        </w:rPr>
      </w:pPr>
      <w:r w:rsidRPr="00023233">
        <w:rPr>
          <w:b/>
          <w:sz w:val="18"/>
          <w:szCs w:val="28"/>
        </w:rPr>
        <w:t>Universal Campus</w:t>
      </w:r>
      <w:r>
        <w:rPr>
          <w:b/>
          <w:sz w:val="18"/>
          <w:szCs w:val="28"/>
        </w:rPr>
        <w:t xml:space="preserve">: </w:t>
      </w:r>
      <w:r w:rsidRPr="00023233">
        <w:rPr>
          <w:sz w:val="18"/>
          <w:szCs w:val="28"/>
        </w:rPr>
        <w:t>Part-time English teaching for elementary and junior high school students.</w:t>
      </w:r>
    </w:p>
    <w:p w14:paraId="5D363838" w14:textId="176BAB21" w:rsidR="00023233" w:rsidRPr="00023233" w:rsidRDefault="00023233">
      <w:pPr>
        <w:rPr>
          <w:sz w:val="18"/>
          <w:szCs w:val="28"/>
        </w:rPr>
      </w:pPr>
      <w:proofErr w:type="spellStart"/>
      <w:r w:rsidRPr="00023233">
        <w:rPr>
          <w:b/>
          <w:sz w:val="18"/>
          <w:szCs w:val="28"/>
        </w:rPr>
        <w:t>Tomonokai</w:t>
      </w:r>
      <w:proofErr w:type="spellEnd"/>
      <w:r>
        <w:rPr>
          <w:b/>
          <w:sz w:val="18"/>
          <w:szCs w:val="28"/>
        </w:rPr>
        <w:t xml:space="preserve">: </w:t>
      </w:r>
      <w:r w:rsidRPr="00023233">
        <w:rPr>
          <w:sz w:val="18"/>
          <w:szCs w:val="28"/>
        </w:rPr>
        <w:t>Participated in cultural and language exchange programs with Japanese students.</w:t>
      </w:r>
    </w:p>
    <w:sectPr w:rsidR="00023233" w:rsidRPr="00023233" w:rsidSect="00034616">
      <w:pgSz w:w="12240" w:h="15840"/>
      <w:pgMar w:top="317" w:right="432" w:bottom="317" w:left="432" w:header="72" w:footer="7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105764640">
    <w:abstractNumId w:val="8"/>
  </w:num>
  <w:num w:numId="2" w16cid:durableId="2003925119">
    <w:abstractNumId w:val="6"/>
  </w:num>
  <w:num w:numId="3" w16cid:durableId="691959011">
    <w:abstractNumId w:val="5"/>
  </w:num>
  <w:num w:numId="4" w16cid:durableId="1171870213">
    <w:abstractNumId w:val="4"/>
  </w:num>
  <w:num w:numId="5" w16cid:durableId="58214589">
    <w:abstractNumId w:val="7"/>
  </w:num>
  <w:num w:numId="6" w16cid:durableId="616331509">
    <w:abstractNumId w:val="3"/>
  </w:num>
  <w:num w:numId="7" w16cid:durableId="221527866">
    <w:abstractNumId w:val="2"/>
  </w:num>
  <w:num w:numId="8" w16cid:durableId="353963636">
    <w:abstractNumId w:val="1"/>
  </w:num>
  <w:num w:numId="9" w16cid:durableId="83454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233"/>
    <w:rsid w:val="00034616"/>
    <w:rsid w:val="0006063C"/>
    <w:rsid w:val="000B660B"/>
    <w:rsid w:val="000C6419"/>
    <w:rsid w:val="0015074B"/>
    <w:rsid w:val="0029639D"/>
    <w:rsid w:val="00326F90"/>
    <w:rsid w:val="00353778"/>
    <w:rsid w:val="0041020B"/>
    <w:rsid w:val="008E1F4C"/>
    <w:rsid w:val="009702E8"/>
    <w:rsid w:val="00AA1D8D"/>
    <w:rsid w:val="00AD2C3D"/>
    <w:rsid w:val="00B47730"/>
    <w:rsid w:val="00CB0664"/>
    <w:rsid w:val="00F93E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BBB8E9"/>
  <w14:defaultImageDpi w14:val="300"/>
  <w15:docId w15:val="{A81C17B1-9003-447B-804D-D02ED0B2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02" w:lineRule="auto"/>
    </w:pPr>
    <w:rPr>
      <w:rFonts w:ascii="Times New Roman" w:hAnsi="Times New Roman"/>
      <w:color w:val="000000"/>
      <w:sz w:val="14"/>
    </w:rPr>
  </w:style>
  <w:style w:type="paragraph" w:styleId="Balk1">
    <w:name w:val="heading 1"/>
    <w:basedOn w:val="Normal"/>
    <w:next w:val="Normal"/>
    <w:link w:val="Balk1Char"/>
    <w:uiPriority w:val="9"/>
    <w:qFormat/>
    <w:rsid w:val="00FC693F"/>
    <w:pPr>
      <w:keepNext/>
      <w:keepLines/>
      <w:spacing w:before="36" w:after="14"/>
      <w:outlineLvl w:val="0"/>
    </w:pPr>
    <w:rPr>
      <w:rFonts w:asciiTheme="majorHAnsi" w:eastAsiaTheme="majorEastAsia" w:hAnsiTheme="majorHAnsi" w:cstheme="majorBidi"/>
      <w:b/>
      <w:bCs/>
      <w:sz w:val="16"/>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spacing w:line="240" w:lineRule="auto"/>
      <w:contextualSpacing/>
    </w:pPr>
    <w:rPr>
      <w:rFonts w:asciiTheme="majorHAnsi" w:eastAsiaTheme="majorEastAsia" w:hAnsiTheme="majorHAnsi" w:cstheme="majorBidi"/>
      <w:b/>
      <w:spacing w:val="5"/>
      <w:kern w:val="28"/>
      <w:sz w:val="21"/>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Job">
    <w:name w:val="Reference Job"/>
    <w:pPr>
      <w:keepNext/>
      <w:spacing w:before="12" w:after="0"/>
    </w:pPr>
    <w:rPr>
      <w:rFonts w:ascii="Times New Roman" w:hAnsi="Times New Roman"/>
      <w:b/>
      <w:sz w:val="14"/>
    </w:rPr>
  </w:style>
  <w:style w:type="character" w:styleId="Kpr">
    <w:name w:val="Hyperlink"/>
    <w:basedOn w:val="VarsaylanParagrafYazTipi"/>
    <w:uiPriority w:val="99"/>
    <w:unhideWhenUsed/>
    <w:rsid w:val="0041020B"/>
    <w:rPr>
      <w:color w:val="0000FF" w:themeColor="hyperlink"/>
      <w:u w:val="single"/>
    </w:rPr>
  </w:style>
  <w:style w:type="character" w:styleId="zmlenmeyenBahsetme">
    <w:name w:val="Unresolved Mention"/>
    <w:basedOn w:val="VarsaylanParagrafYazTipi"/>
    <w:uiPriority w:val="99"/>
    <w:semiHidden/>
    <w:unhideWhenUsed/>
    <w:rsid w:val="0041020B"/>
    <w:rPr>
      <w:color w:val="605E5C"/>
      <w:shd w:val="clear" w:color="auto" w:fill="E1DFDD"/>
    </w:rPr>
  </w:style>
  <w:style w:type="character" w:styleId="zlenenKpr">
    <w:name w:val="FollowedHyperlink"/>
    <w:basedOn w:val="VarsaylanParagrafYazTipi"/>
    <w:uiPriority w:val="99"/>
    <w:semiHidden/>
    <w:unhideWhenUsed/>
    <w:rsid w:val="004102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medev.ecenazsefer.workers.dev" TargetMode="External"/><Relationship Id="rId3" Type="http://schemas.openxmlformats.org/officeDocument/2006/relationships/styles" Target="styles.xml"/><Relationship Id="rId7" Type="http://schemas.openxmlformats.org/officeDocument/2006/relationships/hyperlink" Target="https://www.linkedin.com/in/ece-naz-seferciogl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cenazsefer@hot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vsplorer.wordpress.com" TargetMode="External"/><Relationship Id="rId4" Type="http://schemas.openxmlformats.org/officeDocument/2006/relationships/settings" Target="settings.xml"/><Relationship Id="rId9" Type="http://schemas.openxmlformats.org/officeDocument/2006/relationships/hyperlink" Target="https://www.youtube.com/@FitnessCros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N. Sefercioglu ATS Friendly CV</dc:title>
  <dc:subject>Game Developer CV</dc:subject>
  <dc:creator>Ece N. Sefercioglu</dc:creator>
  <cp:keywords/>
  <dc:description>generated by python-docx</dc:description>
  <cp:lastModifiedBy>Ece Naz Sefercioğlu</cp:lastModifiedBy>
  <cp:revision>6</cp:revision>
  <dcterms:created xsi:type="dcterms:W3CDTF">2013-12-23T23:15:00Z</dcterms:created>
  <dcterms:modified xsi:type="dcterms:W3CDTF">2026-09-19T19:04:00Z</dcterms:modified>
  <cp:category/>
</cp:coreProperties>
</file>